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סוגה, מטרה ומבנה טיעון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תחביר - נושא, נשוא, משפט מורכב ומאוחה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בבניינים, גזרות ובמשלבי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לשכנע את הקורא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מה שאומרים על הנושא - פעולה או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ויתור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המרכיבים המרכזיים של טיעון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הגזרה מסווגת פעלים לפי אותיות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אמצעי שכנוע נפוצים בטיעון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רב-משמעית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(העמדה המרכזית שהכותב מנסה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התומך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(הכרה במגבלה או בחריג לטענה)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 שמבצע את הפעולה או עליו מדברים במשפט)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משימות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פסקאות תואמות עם הבדל ברור במשלב והסבר קצר על השינוי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ראיה, הסתייגות ומסקנה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מורכב - פסוקית תלויה במשפט העיקרי; מאוחה - שני משפטים עצמאיים מחוברים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אבל, אולם, לעומת זאת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עם טקסט קונקרטי לצד הדף כדי להדגים את המושגים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הכיתה לזוגות למשימת מפת הטיעון ולדון בתוצרים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לחזור בקצרה על מושגי הבניינים והגזרות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ניתוח טיעון, סוגה, משלב ולשון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כלים לניתוח טקסטים ברמת חטיבה עליונה: זיהוי טענה ונימוקים, ניתוח משפטים, בניינים וגזרות, והבחנה במשלב הלשון.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בניין  ·  רב-משמעית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מטרתו העיקרית של טקסט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לשכנע את הקורא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לספר סיפור בדיוני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תהליך טבעי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נשוא במשפט?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מילת קישור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שאומרים על הנושא - פעולה או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המילה הראשונה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מילת הקישור 'למרות ש' מציינת יחס של: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ויתור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תוצאה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מפת טיעון כוללת טענה, נימוקים, ראיות, הסתייגות ומסקנה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גזרה מתארת את מבנה השורש של הפועל, למשל שלמים או חסרי פ"נ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אמצעי שכנוע יכול לכלול שאלה רטורית או פנייה לרגש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של הפועל הוא הצורה הדקדוקית שלו, כמו פעל, נפעל או פיעל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מילה שיש לה יותר ממשמעות אחת נקראת מילה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הכרה במגבלה או בחריג לטענה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שמבצע את הפעולה או עליו מדברים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הסתייגות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התומך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העמדה המרכזית שהכותב מנסה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משימות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 במשלב גבוה, ולאחר מכן כתבו אותה מחדש במשלב יומיומי. מה השתנה בטון?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שלושת-ארבעת חלקי מפת הטיעון?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משפט מורכב למשפט מאוחה?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ניתוח טיעון, סוגה, משלב ולשון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