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טיעון, סוגה, משלב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סוגה, מטרה ומבנה 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תחביר - נושא, נשוא, משפט מורכב ומאוחה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בבניינים, גזרות ובמשלבי לשון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לשכנע את הקורא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שאומרים על הנושא - פעולה או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 משפטים עצמאיים המחוברים במילת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מבצע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מאמר דעה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המרכיבים המרכזיים של טיעון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הגזרה מסווגת פעלים לפי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קיימים גם משפטים מורכבים ומאוחים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אמצעי שכנוע נפוצים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משלב משפיע מאוד על הטון וההתרשמות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טיעון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רב-משמעית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(העמדה המרכזית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התומך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(הכרה במגבלה או בחריג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 שמבצע את הפעולה או עליו מדברים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(סיווג הפועל לפי אותיות השורש)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משימות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טענה ברורה, שני נימוקים רלוונטיים, ראיה ומבנה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נכון של נושא, נשוא וסוג המשפט עם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 פסקאות תואמות עם הבדל ברור במשלב והסבר קצר על השינוי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ראיה, הסתייגות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מורכב - פסוקית תלויה במשפט העיקרי; מאוחה - שני משפטים עצמאיים מחוברים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אבל, אולם,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עם טקסט קונקרטי לצד הדף כדי להדגים את המושגים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לזוגות למשימת מפת הטיעון ולדון בתוצרים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בקצרה על מושגי הבניינים והגזרות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טיעון, סוגה, משלב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כלים לניתוח טקסטים ברמת חטיבה עליונה: זיהוי טענה ונימוקים, ניתוח משפטים, בניינים וגזרות, והבחנה במשלב הלשון.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מטרתו העיקרית של 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תהליך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למסור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נשוא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שאומרים על הנושא - פעולה או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המילה הראשונה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התואר המתאר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משפט מאוחה מורכב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פסוקית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משפטים עצמאיים המחוברים במילת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פקודה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בבניין סביל, בדרך כלל לא מצוין: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הקישור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הקישור 'למרות ש' מציינת יחס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משלב לשון גבוה מתאים בדרך כלל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הודעת וואטסאפ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דעה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פתק קצר למשפחה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מפת טיעון כוללת טענה, נימוקים, ראיות, הסתייגות ומסקנה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מתארת את מבנה השורש של הפועל, למשל שלמים או חסרי פ"נ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משפט בעברית הוא בהכרח משפט פשוט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 שכנוע יכול לכלול שאלה רטורית או פנייה לרגש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הלשון אינו משפיע על האופן שבו הקורא תופס 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שבו יש פסוקית התלויה במשפט העיקרי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קשר שבו טענה אחת גורמת לטענה אחרת נקרא קשר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הפועל הוא הצורה הדקדוקית שלו, כמו פעל, נפעל או פיעל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כותבים מציגים עמדה הפוכה כדי לחזק את הטיעון,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שיש לה יותר ממשמעות אחת נקראת 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העמדה המרכזית שהכותב מנסה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הכרה במגבלה או בחריג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סיווג הפועל לפי אותיות השורש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התומך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שמבצע את הפעולה או עליו מדברים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שקראתם וכתבו עבורו מפת טיעון מלאה: טענה, שני נימוקים, ראיה אחת והסתייגות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משפט מורכב או מאוחה מטקסט שקראתם. סמנו נושא ונשוא וזהו את סוג המשפט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במשלב גבוה, ולאחר מכן כתבו אותה מחדש במשלב יומיומי. מה השתנה בטון?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שלושת-ארבעת חלקי מפת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מורכב למשפט מאוחה?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טיעון, סוגה, משלב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